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Danışman Web Sitesi</w:t>
        <w:br/>
        <w:t>Bilgi ve İçerik Formu</w:t>
      </w:r>
    </w:p>
    <w:p>
      <w:r>
        <w:t>Web sitenizi hazırlamamız için gerekli bilgiler • Doldurulabilir müşteri hazırlık dokümanı</w:t>
      </w:r>
    </w:p>
    <w:p>
      <w:r>
        <w:t>Bu formu doldurup fotoğraf, video ve logolarınızı ayrıca iletmeniz yeterli. Bilgi veya materyal sağlamadığınız isteğe bağlı alanlar sitede gösterilmeyebilir.</w:t>
      </w:r>
    </w:p>
    <w:p>
      <w:pPr>
        <w:pStyle w:val="Heading1"/>
      </w:pPr>
      <w:r>
        <w:t>01 • Danışman ve marka bilgileri</w:t>
      </w:r>
    </w:p>
    <w:p>
      <w:pPr>
        <w:spacing w:after="80"/>
      </w:pPr>
      <w:r>
        <w:rPr>
          <w:b/>
        </w:rPr>
        <w:t xml:space="preserve">Ad soyad / unvan  </w:t>
      </w:r>
      <w:r>
        <w:rPr>
          <w:i/>
        </w:rPr>
        <w:t>(sitede görünmesini istediğiniz biçimi)</w:t>
      </w:r>
    </w:p>
    <w:p>
      <w:r>
        <w:t>....................................................................................................................</w:t>
      </w:r>
    </w:p>
    <w:p>
      <w:pPr>
        <w:spacing w:after="80"/>
      </w:pPr>
      <w:r>
        <w:rPr>
          <w:b/>
        </w:rPr>
        <w:t xml:space="preserve">Ofis/marka adı  </w:t>
      </w:r>
      <w:r>
        <w:rPr>
          <w:i/>
        </w:rPr>
        <w:t>(varsa)</w:t>
      </w:r>
    </w:p>
    <w:p>
      <w:r>
        <w:t>....................................................................................................................</w:t>
      </w:r>
    </w:p>
    <w:p>
      <w:pPr>
        <w:spacing w:after="80"/>
      </w:pPr>
      <w:r>
        <w:rPr>
          <w:b/>
        </w:rPr>
        <w:t xml:space="preserve">Kısa slogan veya sizi tanımlayan cümle  </w:t>
      </w:r>
      <w:r>
        <w:rPr>
          <w:i/>
        </w:rPr>
        <w:t>(varsa)</w:t>
      </w:r>
    </w:p>
    <w:p>
      <w:r>
        <w:t>....................................................................................................................</w:t>
      </w:r>
    </w:p>
    <w:p>
      <w:pPr>
        <w:spacing w:after="80"/>
      </w:pPr>
      <w:r>
        <w:rPr>
          <w:b/>
        </w:rPr>
        <w:t xml:space="preserve">Gayrimenkul danışmanlığı deneyimi  </w:t>
      </w:r>
      <w:r>
        <w:rPr>
          <w:i/>
        </w:rPr>
        <w:t>(yıl ve uzmanlık)</w:t>
      </w:r>
    </w:p>
    <w:p>
      <w:r>
        <w:t>....................................................................................................................</w:t>
      </w:r>
    </w:p>
    <w:p>
      <w:pPr>
        <w:spacing w:after="80"/>
      </w:pPr>
      <w:r>
        <w:rPr>
          <w:b/>
        </w:rPr>
        <w:t xml:space="preserve">Önceki mesleki deneyim ve öne çıkarılacak beceriler  </w:t>
      </w:r>
      <w:r>
        <w:rPr>
          <w:i/>
        </w:rPr>
        <w:t>(özellikle sektöre yeniyseniz)</w:t>
      </w:r>
    </w:p>
    <w:p>
      <w:r>
        <w:t>....................................................................................................................</w:t>
      </w:r>
    </w:p>
    <w:p>
      <w:pPr>
        <w:spacing w:after="80"/>
      </w:pPr>
      <w:r>
        <w:rPr>
          <w:b/>
        </w:rPr>
        <w:t xml:space="preserve">Uzmanlık alanlarınız  </w:t>
      </w:r>
      <w:r>
        <w:rPr>
          <w:i/>
        </w:rPr>
        <w:t>(konut, ticari, arsa, yatırım vb.)</w:t>
      </w:r>
    </w:p>
    <w:p>
      <w:r>
        <w:t>....................................................................................................................</w:t>
      </w:r>
    </w:p>
    <w:p>
      <w:pPr>
        <w:spacing w:after="80"/>
      </w:pPr>
      <w:r>
        <w:rPr>
          <w:b/>
        </w:rPr>
        <w:t xml:space="preserve">Hizmet bölgeleriniz  </w:t>
      </w:r>
      <w:r>
        <w:rPr>
          <w:i/>
        </w:rPr>
        <w:t>(il, ilçe, mahalle)</w:t>
      </w:r>
    </w:p>
    <w:p>
      <w:r>
        <w:t>....................................................................................................................</w:t>
      </w:r>
    </w:p>
    <w:p>
      <w:pPr>
        <w:spacing w:after="80"/>
      </w:pPr>
      <w:r>
        <w:rPr>
          <w:b/>
        </w:rPr>
        <w:t xml:space="preserve">Mesleki belgeler / eğitimler / ödüller  </w:t>
      </w:r>
      <w:r>
        <w:rPr>
          <w:i/>
        </w:rPr>
        <w:t>(yalnızca doğrulanabilir ve kullanmak istediğiniz bilgiler)</w:t>
      </w:r>
    </w:p>
    <w:p>
      <w:r>
        <w:t>....................................................................................................................</w:t>
      </w:r>
    </w:p>
    <w:p>
      <w:pPr>
        <w:pStyle w:val="Heading1"/>
      </w:pPr>
      <w:r>
        <w:t>02 • İletişim ve ofis</w:t>
      </w:r>
    </w:p>
    <w:p>
      <w:pPr>
        <w:spacing w:after="80"/>
      </w:pPr>
      <w:r>
        <w:rPr>
          <w:b/>
        </w:rPr>
        <w:t xml:space="preserve">Kişisel telefon / WhatsApp  </w:t>
      </w:r>
      <w:r>
        <w:rPr>
          <w:i/>
        </w:rPr>
        <w:t>(ülke kodu ile)</w:t>
      </w:r>
    </w:p>
    <w:p>
      <w:r>
        <w:t>....................................................................................................................</w:t>
      </w:r>
    </w:p>
    <w:p>
      <w:pPr>
        <w:spacing w:after="80"/>
      </w:pPr>
      <w:r>
        <w:rPr>
          <w:b/>
        </w:rPr>
        <w:t xml:space="preserve">İletişim e-postası  </w:t>
      </w:r>
    </w:p>
    <w:p>
      <w:r>
        <w:t>....................................................................................................................</w:t>
      </w:r>
    </w:p>
    <w:p>
      <w:pPr>
        <w:spacing w:after="80"/>
      </w:pPr>
      <w:r>
        <w:rPr>
          <w:b/>
        </w:rPr>
        <w:t xml:space="preserve">Instagram profil bağlantısı  </w:t>
      </w:r>
    </w:p>
    <w:p>
      <w:r>
        <w:t>....................................................................................................................</w:t>
      </w:r>
    </w:p>
    <w:p>
      <w:pPr>
        <w:spacing w:after="80"/>
      </w:pPr>
      <w:r>
        <w:rPr>
          <w:b/>
        </w:rPr>
        <w:t xml:space="preserve">LinkedIn profil bağlantısı  </w:t>
      </w:r>
    </w:p>
    <w:p>
      <w:r>
        <w:t>....................................................................................................................</w:t>
      </w:r>
    </w:p>
    <w:p>
      <w:pPr>
        <w:spacing w:after="80"/>
      </w:pPr>
      <w:r>
        <w:rPr>
          <w:b/>
        </w:rPr>
        <w:t xml:space="preserve">Diğer sosyal medya bağlantıları  </w:t>
      </w:r>
      <w:r>
        <w:rPr>
          <w:i/>
        </w:rPr>
        <w:t>(varsa)</w:t>
      </w:r>
    </w:p>
    <w:p>
      <w:r>
        <w:t>....................................................................................................................</w:t>
      </w:r>
    </w:p>
    <w:p>
      <w:pPr>
        <w:spacing w:after="80"/>
      </w:pPr>
      <w:r>
        <w:rPr>
          <w:b/>
        </w:rPr>
        <w:t xml:space="preserve">Sahibinden mağaza bağlantısı  </w:t>
      </w:r>
      <w:r>
        <w:rPr>
          <w:i/>
        </w:rPr>
        <w:t>(veya kullanılan ilan platformu)</w:t>
      </w:r>
    </w:p>
    <w:p>
      <w:r>
        <w:t>....................................................................................................................</w:t>
      </w:r>
    </w:p>
    <w:p>
      <w:pPr>
        <w:spacing w:after="80"/>
      </w:pPr>
      <w:r>
        <w:rPr>
          <w:b/>
        </w:rPr>
        <w:t xml:space="preserve">Online randevu bağlantısı  </w:t>
      </w:r>
      <w:r>
        <w:rPr>
          <w:i/>
        </w:rPr>
        <w:t>(varsa)</w:t>
      </w:r>
    </w:p>
    <w:p>
      <w:r>
        <w:t>....................................................................................................................</w:t>
      </w:r>
    </w:p>
    <w:p>
      <w:pPr>
        <w:spacing w:after="80"/>
      </w:pPr>
      <w:r>
        <w:rPr>
          <w:b/>
        </w:rPr>
        <w:t xml:space="preserve">Ofis adı ve açık adresi  </w:t>
      </w:r>
      <w:r>
        <w:rPr>
          <w:i/>
        </w:rPr>
        <w:t>(opsiyonel)</w:t>
      </w:r>
    </w:p>
    <w:p>
      <w:r>
        <w:t>....................................................................................................................</w:t>
      </w:r>
    </w:p>
    <w:p>
      <w:pPr>
        <w:spacing w:after="80"/>
      </w:pPr>
      <w:r>
        <w:rPr>
          <w:b/>
        </w:rPr>
        <w:t xml:space="preserve">Ofis telefonu  </w:t>
      </w:r>
      <w:r>
        <w:rPr>
          <w:i/>
        </w:rPr>
        <w:t>(opsiyonel)</w:t>
      </w:r>
    </w:p>
    <w:p>
      <w:r>
        <w:t>....................................................................................................................</w:t>
      </w:r>
    </w:p>
    <w:p>
      <w:pPr>
        <w:spacing w:after="80"/>
      </w:pPr>
      <w:r>
        <w:rPr>
          <w:b/>
        </w:rPr>
        <w:t xml:space="preserve">Google Maps konum / yol tarifi bağlantısı  </w:t>
      </w:r>
      <w:r>
        <w:rPr>
          <w:i/>
        </w:rPr>
        <w:t>(varsa)</w:t>
      </w:r>
    </w:p>
    <w:p>
      <w:r>
        <w:t>....................................................................................................................</w:t>
      </w:r>
    </w:p>
    <w:p>
      <w:pPr>
        <w:spacing w:after="80"/>
      </w:pPr>
      <w:r>
        <w:rPr>
          <w:b/>
        </w:rPr>
        <w:t xml:space="preserve">Google Maps gömme bağlantısı  </w:t>
      </w:r>
      <w:r>
        <w:rPr>
          <w:i/>
        </w:rPr>
        <w:t>(varsa)</w:t>
      </w:r>
    </w:p>
    <w:p>
      <w:r>
        <w:t>....................................................................................................................</w:t>
      </w:r>
    </w:p>
    <w:p>
      <w:pPr>
        <w:pStyle w:val="Heading1"/>
      </w:pPr>
      <w:r>
        <w:t>03 • Görseller, video ve referanslar</w:t>
      </w:r>
    </w:p>
    <w:p>
      <w:pPr>
        <w:spacing w:after="80"/>
      </w:pPr>
      <w:r>
        <w:rPr>
          <w:b/>
        </w:rPr>
        <w:t xml:space="preserve">Profesyonel portre fotoğrafı  </w:t>
      </w:r>
      <w:r>
        <w:rPr>
          <w:i/>
        </w:rPr>
        <w:t>(yatay ve dikey, mümkünse yüksek çözünürlüklü)</w:t>
      </w:r>
    </w:p>
    <w:p>
      <w:r>
        <w:t>....................................................................................................................</w:t>
      </w:r>
    </w:p>
    <w:p>
      <w:pPr>
        <w:spacing w:after="80"/>
      </w:pPr>
      <w:r>
        <w:rPr>
          <w:b/>
        </w:rPr>
        <w:t xml:space="preserve">Ofis / bölge / çalışma fotoğrafları  </w:t>
      </w:r>
      <w:r>
        <w:rPr>
          <w:i/>
        </w:rPr>
        <w:t>(varsa)</w:t>
      </w:r>
    </w:p>
    <w:p>
      <w:r>
        <w:t>....................................................................................................................</w:t>
      </w:r>
    </w:p>
    <w:p>
      <w:pPr>
        <w:spacing w:after="80"/>
      </w:pPr>
      <w:r>
        <w:rPr>
          <w:b/>
        </w:rPr>
        <w:t xml:space="preserve">Kısa tanıtım videosu bağlantısı  </w:t>
      </w:r>
      <w:r>
        <w:rPr>
          <w:i/>
        </w:rPr>
        <w:t>(varsa)</w:t>
      </w:r>
    </w:p>
    <w:p>
      <w:r>
        <w:t>....................................................................................................................</w:t>
      </w:r>
    </w:p>
    <w:p>
      <w:pPr>
        <w:spacing w:after="80"/>
      </w:pPr>
      <w:r>
        <w:rPr>
          <w:b/>
        </w:rPr>
        <w:t xml:space="preserve">Portföy vitrininde kullanılacak 3–4 görsel  </w:t>
      </w:r>
      <w:r>
        <w:rPr>
          <w:i/>
        </w:rPr>
        <w:t>(temsili değilse kullanım hakkına sahip olmalısınız)</w:t>
      </w:r>
    </w:p>
    <w:p>
      <w:r>
        <w:t>....................................................................................................................</w:t>
      </w:r>
    </w:p>
    <w:p>
      <w:pPr>
        <w:spacing w:after="80"/>
      </w:pPr>
      <w:r>
        <w:rPr>
          <w:b/>
        </w:rPr>
        <w:t xml:space="preserve">Logo / kurum kimliği dosyaları  </w:t>
      </w:r>
      <w:r>
        <w:rPr>
          <w:i/>
        </w:rPr>
        <w:t>(izinli kullanım)</w:t>
      </w:r>
    </w:p>
    <w:p>
      <w:r>
        <w:t>....................................................................................................................</w:t>
      </w:r>
    </w:p>
    <w:p>
      <w:pPr>
        <w:spacing w:after="80"/>
      </w:pPr>
      <w:r>
        <w:rPr>
          <w:b/>
        </w:rPr>
        <w:t xml:space="preserve">Gerçek müşteri yorumları  </w:t>
      </w:r>
      <w:r>
        <w:rPr>
          <w:i/>
        </w:rPr>
        <w:t>(yayın izniyle ve isteğe bağlı)</w:t>
      </w:r>
    </w:p>
    <w:p>
      <w:r>
        <w:t>....................................................................................................................</w:t>
      </w:r>
    </w:p>
    <w:p>
      <w:pPr>
        <w:spacing w:after="80"/>
      </w:pPr>
      <w:r>
        <w:rPr>
          <w:b/>
        </w:rPr>
        <w:t xml:space="preserve">Başarı göstergeleri  </w:t>
      </w:r>
      <w:r>
        <w:rPr>
          <w:i/>
        </w:rPr>
        <w:t>(rakam, dönem ve kanıt ile; isteğe bağlı)</w:t>
      </w:r>
    </w:p>
    <w:p>
      <w:r>
        <w:t>....................................................................................................................</w:t>
      </w:r>
    </w:p>
    <w:p>
      <w:pPr>
        <w:pStyle w:val="Heading1"/>
      </w:pPr>
      <w:r>
        <w:t>04 • Tasarım tercihleri</w:t>
      </w:r>
    </w:p>
    <w:p>
      <w:pPr>
        <w:spacing w:after="80"/>
      </w:pPr>
      <w:r>
        <w:rPr>
          <w:b/>
        </w:rPr>
        <w:t xml:space="preserve">Tasarım  </w:t>
      </w:r>
      <w:r>
        <w:rPr>
          <w:i/>
        </w:rPr>
        <w:t>(İmza / Bölge / Prestij)</w:t>
      </w:r>
    </w:p>
    <w:p>
      <w:r>
        <w:t>....................................................................................................................</w:t>
      </w:r>
    </w:p>
    <w:p>
      <w:pPr>
        <w:spacing w:after="80"/>
      </w:pPr>
      <w:r>
        <w:rPr>
          <w:b/>
        </w:rPr>
        <w:t xml:space="preserve">Renk paleti  </w:t>
      </w:r>
      <w:r>
        <w:rPr>
          <w:i/>
        </w:rPr>
        <w:t>(tanıtım sayfasındaki 6 paletten biri)</w:t>
      </w:r>
    </w:p>
    <w:p>
      <w:r>
        <w:t>....................................................................................................................</w:t>
      </w:r>
    </w:p>
    <w:p>
      <w:pPr>
        <w:spacing w:after="80"/>
      </w:pPr>
      <w:r>
        <w:rPr>
          <w:b/>
        </w:rPr>
        <w:t xml:space="preserve">Beğendiğiniz örnek site veya referans  </w:t>
      </w:r>
      <w:r>
        <w:rPr>
          <w:i/>
        </w:rPr>
        <w:t>(opsiyonel)</w:t>
      </w:r>
    </w:p>
    <w:p>
      <w:r>
        <w:t>....................................................................................................................</w:t>
      </w:r>
    </w:p>
    <w:p>
      <w:pPr>
        <w:spacing w:after="80"/>
      </w:pPr>
      <w:r>
        <w:rPr>
          <w:b/>
        </w:rPr>
        <w:t xml:space="preserve">Yayın dili  </w:t>
      </w:r>
      <w:r>
        <w:rPr>
          <w:i/>
        </w:rPr>
        <w:t>(Türkçe ve İngilizce; İngilizce özel içerikler varsa ekleyin)</w:t>
      </w:r>
    </w:p>
    <w:p>
      <w:r>
        <w:t>....................................................................................................................</w:t>
      </w:r>
    </w:p>
    <w:p>
      <w:pPr>
        <w:spacing w:after="80"/>
      </w:pPr>
      <w:r>
        <w:rPr>
          <w:b/>
        </w:rPr>
        <w:t xml:space="preserve">Gösterilmesini istemediğiniz bilgi veya bölüm  </w:t>
      </w:r>
    </w:p>
    <w:p>
      <w:r>
        <w:t>....................................................................................................................</w:t>
      </w:r>
    </w:p>
    <w:p>
      <w:pPr>
        <w:pStyle w:val="Heading1"/>
      </w:pPr>
      <w:r>
        <w:t>05 • Alan adı ve teknik hesaplar</w:t>
      </w:r>
    </w:p>
    <w:p>
      <w:pPr>
        <w:spacing w:after="80"/>
      </w:pPr>
      <w:r>
        <w:rPr>
          <w:b/>
        </w:rPr>
        <w:t xml:space="preserve">Alan adı tercihi  </w:t>
      </w:r>
      <w:r>
        <w:rPr>
          <w:i/>
        </w:rPr>
        <w:t>(ör. adsoyad.com)</w:t>
      </w:r>
    </w:p>
    <w:p>
      <w:r>
        <w:t>....................................................................................................................</w:t>
      </w:r>
    </w:p>
    <w:p>
      <w:pPr>
        <w:spacing w:after="80"/>
      </w:pPr>
      <w:r>
        <w:rPr>
          <w:b/>
        </w:rPr>
        <w:t xml:space="preserve">Alan adı satın alındı mı?  </w:t>
      </w:r>
      <w:r>
        <w:rPr>
          <w:i/>
        </w:rPr>
        <w:t>(evet / hayır)</w:t>
      </w:r>
    </w:p>
    <w:p>
      <w:r>
        <w:t>....................................................................................................................</w:t>
      </w:r>
    </w:p>
    <w:p>
      <w:pPr>
        <w:spacing w:after="80"/>
      </w:pPr>
      <w:r>
        <w:rPr>
          <w:b/>
        </w:rPr>
        <w:t xml:space="preserve">Google hesabı mevcut mu?  </w:t>
      </w:r>
      <w:r>
        <w:rPr>
          <w:i/>
        </w:rPr>
        <w:t>(evet / hayır)</w:t>
      </w:r>
    </w:p>
    <w:p>
      <w:r>
        <w:t>....................................................................................................................</w:t>
      </w:r>
    </w:p>
    <w:p>
      <w:pPr>
        <w:spacing w:after="80"/>
      </w:pPr>
      <w:r>
        <w:rPr>
          <w:b/>
        </w:rPr>
        <w:t xml:space="preserve">Netlify hesabı mevcut mu?  </w:t>
      </w:r>
      <w:r>
        <w:rPr>
          <w:i/>
        </w:rPr>
        <w:t>(evet / hayır)</w:t>
      </w:r>
    </w:p>
    <w:p>
      <w:r>
        <w:t>....................................................................................................................</w:t>
      </w:r>
    </w:p>
    <w:p>
      <w:pPr>
        <w:spacing w:after="80"/>
      </w:pPr>
      <w:r>
        <w:rPr>
          <w:b/>
        </w:rPr>
        <w:t xml:space="preserve">İlgili hesapların sahibi  </w:t>
      </w:r>
      <w:r>
        <w:rPr>
          <w:i/>
        </w:rPr>
        <w:t>(müşterinin kendisi olmalıdır)</w:t>
      </w:r>
    </w:p>
    <w:p>
      <w:r>
        <w:t>....................................................................................................................</w:t>
      </w:r>
    </w:p>
    <w:p>
      <w:pPr>
        <w:spacing w:after="80"/>
      </w:pPr>
      <w:r>
        <w:rPr>
          <w:b/>
        </w:rPr>
        <w:t xml:space="preserve">Fatura için ad/ünvan ve gerekli fatura bilgileri  </w:t>
      </w:r>
      <w:r>
        <w:rPr>
          <w:i/>
        </w:rPr>
        <w:t>(güvenli kanaldan ayrıca iletilebilir)</w:t>
      </w:r>
    </w:p>
    <w:p>
      <w:r>
        <w:t>....................................................................................................................</w:t>
      </w:r>
    </w:p>
    <w:p>
      <w:pPr>
        <w:pStyle w:val="Heading1"/>
      </w:pPr>
      <w:r>
        <w:t>Teslim ve çalışma notları</w:t>
      </w:r>
    </w:p>
    <w:p>
      <w:pPr>
        <w:pStyle w:val="ListBullet"/>
      </w:pPr>
      <w:r>
        <w:t>İlk tasarım, gönderilen içerik ve seçilen tasarım/renk paleti esas alınarak hazırlanır.</w:t>
      </w:r>
    </w:p>
    <w:p>
      <w:pPr>
        <w:pStyle w:val="ListBullet"/>
      </w:pPr>
      <w:r>
        <w:t>Bir ücretsiz revizyon turu dahildir: değişiklik taleplerinizi tek seferde topluca iletiniz. Örnek: bir defalık renk paleti değişimi ve mevcut metin/görsel düzeltmeleri.</w:t>
      </w:r>
    </w:p>
    <w:p>
      <w:pPr>
        <w:pStyle w:val="ListBullet"/>
      </w:pPr>
      <w:r>
        <w:t>Yeni sayfa, yeni özel özellik, tasarım modelinin tamamen değiştirilmesi veya sonradan gelen kapsamlı içerik üretimi ayrı fiyatlandırılır.</w:t>
      </w:r>
    </w:p>
    <w:p>
      <w:pPr>
        <w:pStyle w:val="ListBullet"/>
      </w:pPr>
      <w:r>
        <w:t>Alan adı ve varsa ücretli üçüncü taraf servis abonelikleri müşteriye aittir. Teknik hesapların açılışı ve bağlanmasında destek sağlanır.</w:t>
      </w:r>
    </w:p>
    <w:p>
      <w:pPr>
        <w:pStyle w:val="ListBullet"/>
      </w:pPr>
      <w:r>
        <w:t>Kaynak ZIP dosyası ve kullanım/yayın yönergesi teslim edilir. İsteğe bağlı sürekli bakım ayrıca ücretlendirilir.</w:t>
      </w:r>
    </w:p>
    <w:p>
      <w:pPr>
        <w:pStyle w:val="ListBullet"/>
      </w:pPr>
      <w:r>
        <w:t>Kişisel veriler için KVKK aydınlatma metni ve diğer hukuki metinler müşteri bilgileri ve gerçek veri işleme faaliyetleriyle uyarlanmalı; son hukuki kontrol müşteriye aittir.</w:t>
      </w:r>
    </w:p>
    <w:p>
      <w:pPr>
        <w:pStyle w:val="ListBullet"/>
      </w:pPr>
      <w:r>
        <w:t>Fotoğraf, video, logo, müşteri yorumu ve diğer içeriklerin kullanım/yayın izni müşterinin sorumluluğundadır.</w:t>
      </w:r>
    </w:p>
    <w:p>
      <w:r>
        <w:rPr>
          <w:b/>
        </w:rPr>
        <w:t xml:space="preserve">Dosya önerisi: </w:t>
      </w:r>
      <w:r>
        <w:t>Tek ZIP klasöründe 01-Portre, 02-Ofis-Bolge, 03-Portfoy, 04-Logo, 05-Video klasörleriyle materyalleri paylaşın. Şifrelerinizi bu forma yazmayın.</w:t>
      </w:r>
    </w:p>
    <w:sectPr w:rsidR="00FC693F" w:rsidRPr="0006063C" w:rsidSect="00034616">
      <w:footerReference w:type="default" r:id="rId9"/>
      <w:pgSz w:w="12240" w:h="15840"/>
      <w:pgMar w:top="1008" w:right="1800" w:bottom="936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Gayrimenkul Danışmanları İçin Kişisel Web Sitesi • Müşteri Hazırlık Formu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ptos" w:hAnsi="Aptos"/>
      <w:color w:val="233039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183F50"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7075"/>
      <w:sz w:val="2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ptos Display" w:hAnsi="Aptos Display"/>
      <w:b/>
      <w:color w:val="183F50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